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גדל מהאדמה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הצמח חצב ואת מקום גדילתו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הגדילה מהבצל ועד הפריחה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דרך פשוטה להירגע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יש באדמה?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הבצל נמצא מתחת לאדמה ומתוכו גדל הפרח.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הנשימה העמוקה עוזרת להירגע.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(פרח שגדל מהאדמה)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(חלק עגול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(עוזר לנו להירגע)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שלבי הגדילה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הבצל נמצא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החצב פורח ונראה פרח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משלימים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מציירים ומספרים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של פרח חצב עם בצל מתחת לאדמה, ומילה המבטאת רגש חיובי כמו שמחה.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בצל שנמצא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לעצור, לנשום עמוק ולומר אני יכול/ה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שאלה בקול ולהראות תמונה של חצב ובצל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יחד את טכניקת ההרגעה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זמן נוסף ותמיכה אישית לפי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גדל מהאדמה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החצב - פרח שגדל מבצל שנמצא באדמה, ונתרגל גם דרך נעימה להירגע.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בצל  ·  נושמים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יש באדמה?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יש באדמה ושממנו גדל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עונה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גדל מבצל שנמצא באדמה.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כשאנחנו לחוצים אפשר לעצור ולנשום עמוק כדי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חלק עגול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 שגדל מהאדמה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 לנו להירגע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שלבי הגדילה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פורח ונראה פרח יפה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הבצל נמצא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 גשם על האדמה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משלימים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החצב גדל מ__________ שנמצא באדמה.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כשאנחנו לחוצים אנחנו עוצרים ו__________ עמוק.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מציירים ומספרים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את החצב פורח מעל האדמה, ואמרו במילה אחת איך מרגישים כשרואים פרח יפה.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ממה גדל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עונה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גדל מהאדמה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