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החצב גדל מהאדמה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הצמח חצב ואת מקום גדילתו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שלבי הגדילה מהבצל ועד הפריחה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דרך פשוטה להירגע כשקשה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מה יש באדמה?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סתיו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סגול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מים ואור 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באדמה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הבצל נמצא מתחת לאדמה ומתוכו גדל הפרח.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החצב פורח בסתיו.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הנשימה העמוקה עוזרת להירגע.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בצל הוא חלק מצמח, כדור הוא צעצוע עגול.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מתאימים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(פרח שגדל מהאדמה)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(חלק עגול מתחת לאדמה)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(העונה שבה פורח החצב)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(עוזר לנו להירגע)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(המקום שבו גדל הבצל)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שלבי הגדילה של החצב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הבצל נמצא באדמה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יורד גשם על האדמה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הבצל גדל וצומח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החצב פורח ונראה פרח יפה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משלימים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סתיו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נושמים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מציירים ומספרים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ציור של פרח חצב עם בצל מתחת לאדמה, ומילה המבטאת רגש חיובי כמו שמחה.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קצר של עצירה לרגע, נשימה עמוקה ואמירת המשפט אני יכול/ה.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בצל שנמצא באדמה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בסתיו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לעצור, לנשום עמוק ולומר אני יכול/ה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כל שאלה בקול ולהראות תמונה של חצב ובצל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יחד את טכניקת ההרגעה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לאפשר זמן נוסף ותמיכה אישית לפי הצורך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החצב גדל מהאדמה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נלמד על חצב. חצב זה פרח. הוא גדל מבצל באדמה.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חָצָב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פֶּרַח שֶׁגָּדֵל מֵהָאֲדָמָה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בָּצָל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חֵלֶק עָגֹל שֶׁנִּמְצָא מִתַּחַת לָאֲדָמָה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אֲדָמָה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הַמָּקוֹם שֶׁבּוֹ גָּדֵל הַצֶּמַח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סְתָיו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הָעוֹנָה שֶׁבָּהּ פּוֹרֵחַ הֶחָצָב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נוֹשְׁמִים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לוֹקְחִים אֲוִיר פְּנִימָה וְהַחוּצָה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רָגוּעַ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שָׁקֵט וְלֹא לָחוּץ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עוֹצְרִים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מַפְסִיקִים לְרֶגַע כְּדֵי לְהֵרָגַע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מה יש באדמה?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נמצא באדמה?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כיסא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החצב פורח?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סתיו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צבע לחצב?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סגול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שחור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עוזר לצמח לגדול?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מים ואור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אבנים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איפה הבצל לפני שהוא גדל?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בשמיים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בבית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החצב גדל מבצל שנמצא באדמה.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החצב פורח בקיץ החם.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כשאנחנו לחוצים אפשר לעצור ולנשום עמוק כדי להירגע.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כדור הוא אותו דבר כמו בצל.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מתאימים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חצב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העונה שבה פורח החצב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בצל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עוזר לנו להירגע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סתיו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חלק עגול מתחת לאדמה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נושמים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המקום שבו גדל הבצל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אדמה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פרח שגדל מהאדמה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שלבי הגדילה של החצב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הבצל גדל וצומח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החצב פורח ונראה פרח יפה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יורד גשם על האדמה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הבצל נמצא באדמה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משלימים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החצב גדל מ__________ שנמצא באדמה.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החצב פורח בעונת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כשאנחנו לחוצים אנחנו עוצרים ו__________ עמוק.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מציירים ומספרים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ציירו את החצב פורח מעל האדמה, ואמרו במילה אחת איך מרגישים כשרואים פרח יפה.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כשאתם לחוצים, מה אפשר לעשות כדי להירגע? השתמשו במילים: עוצרים, נושמים, אני יכול/ה.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ממה גדל החצב?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באיזו עונה פורח החצב?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אפשר לעשות כשלחוצים?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החצב גדל מהאדמה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