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החצב גדל מהאדמה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הצמח חצב ואת מקום גדילתו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הגדילה מהבצל ועד הפריחה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דרך פשוטה להירגע כשקשה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יש באדמה?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מים ואור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הבצל נמצא מתחת לאדמה ומתוכו גדל הפרח.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החצב פורח בסתיו.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הנשימה העמוקה עוזרת להירגע.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בצל הוא חלק מצמח, כדור הוא צעצוע עגול.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(פרח שגדל מהאדמה)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(חלק עגול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(העונה שבה פורח החצב)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(עוזר לנו להירגע)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(המקום שבו גדל הבצל)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שלבי הגדילה של החצב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הבצל נמצא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יורד גשם על 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הבצל גדל וצומח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החצב פורח ונראה פרח 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משלימים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מציירים ומספרים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של פרח חצב עם בצל מתחת לאדמה, ומילה המבטאת רגש חיובי כמו שמחה.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של עצירה לרגע, נשימה עמוקה ואמירת המשפט אני יכול/ה.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בצל שנמצא באדמה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לעצור, לנשום עמוק ולומר אני יכול/ה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כל שאלה בקול ולהראות תמונה של חצב ובצל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יחד את טכניקת ההרגעה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זמן נוסף ותמיכה אישית לפי הצורך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החצב גדל מהאדמה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החצב - פרח שגדל מבצל שנמצא באדמה, ונתרגל גם דרך נעימה להירגע.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יש באדמה?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באדמה ושממנו גדל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עונה פורח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צבע יש בדרך כלל לפרח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עוזר לבצל לגדול?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ואור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נמצא הבצל לפני שהוא גדל?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גדל מבצל שנמצא באדמה.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פורח בקיץ החם.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כשאנחנו לחוצים אפשר לעצור ולנשום עמוק כדי להירגע.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כדור הוא אותו דבר כמו בצל.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 לנו להירגע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העונה שבה פורח החצב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המקום שבו גדל הבצל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נושמים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חלק עגול מתחת לאדמה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אדמה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פרח שגדל מהאדמה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שלבי הגדילה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הבצל גדל וצומח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פורח ונראה פרח יפה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הבצל נמצא באדמה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 גשם על האדמה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משלימים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החצב גדל מ__________ שנמצא באדמה.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החצב פורח בעונת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כשאנחנו לחוצים אנחנו עוצרים ו__________ עמוק.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מציירים ומספרים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את החצב פורח מעל האדמה, ואמרו במילה אחת איך מרגישים כשרואים פרח יפה.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כשאתם לחוצים, מה אפשר לעשות כדי להירגע? השתמשו במילים: עוצרים, נושמים, אני יכול/ה.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ממה גדל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עונה פורח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כשלחוצים?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החצב גדל מהאדמה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